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Beginner’s Vacation Planner</w:t>
      </w:r>
    </w:p>
    <w:p>
      <w:r>
        <w:t>Welcome to your first big adventure! This simple guide is here to help you go from dreaming to departing—without the overwhelm. Whether you're planning a beach getaway, a Disney trip, or a family vacation, you'll find everything you need to get started with confidence.</w:t>
      </w:r>
    </w:p>
    <w:p>
      <w:pPr>
        <w:pStyle w:val="Heading2"/>
      </w:pPr>
      <w:r>
        <w:t>🗺 Travel Planning Checklist</w:t>
      </w:r>
    </w:p>
    <w:p>
      <w:r>
        <w:t>- Choose your destination</w:t>
        <w:br/>
        <w:t>- Set a travel budget</w:t>
        <w:br/>
        <w:t>- Check passport/ID requirements</w:t>
        <w:br/>
        <w:t>- Book flights and accommodations</w:t>
        <w:br/>
        <w:t>- Plan activities and excursions</w:t>
        <w:br/>
        <w:t>- Arrange travel insurance</w:t>
        <w:br/>
        <w:t>- Prepare documents and confirmations</w:t>
      </w:r>
    </w:p>
    <w:p>
      <w:pPr>
        <w:pStyle w:val="Heading2"/>
      </w:pPr>
      <w:r>
        <w:t>📅 When to Book What</w:t>
      </w:r>
    </w:p>
    <w:p>
      <w:r>
        <w:t>6+ months out: Research destinations, start saving, renew passport if needed</w:t>
        <w:br/>
        <w:t>4 months out: Book flights and hotel/resort/cruise</w:t>
        <w:br/>
        <w:t>2 months out: Book excursions, dining, and park tickets</w:t>
        <w:br/>
        <w:t>1 month out: Start packing list, review travel documents</w:t>
        <w:br/>
        <w:t>1 week out: Final confirmations and pack your bags!</w:t>
      </w:r>
    </w:p>
    <w:p>
      <w:pPr>
        <w:pStyle w:val="Heading2"/>
      </w:pPr>
      <w:r>
        <w:t>💰 Vacation Budget Worksheet</w:t>
      </w:r>
    </w:p>
    <w:p>
      <w:r>
        <w:t>- Estimated total budget: _______</w:t>
        <w:br/>
        <w:t>- Flights: _______</w:t>
        <w:br/>
        <w:t>- Hotel/Resort: _______</w:t>
        <w:br/>
        <w:t>- Food: _______</w:t>
        <w:br/>
        <w:t>- Activities: _______</w:t>
        <w:br/>
        <w:t>- Travel Insurance: _______</w:t>
        <w:br/>
        <w:t>- Souvenirs/Misc: _______</w:t>
      </w:r>
    </w:p>
    <w:p>
      <w:pPr>
        <w:pStyle w:val="Heading2"/>
      </w:pPr>
      <w:r>
        <w:t>🎒 Packing Essentials</w:t>
      </w:r>
    </w:p>
    <w:p>
      <w:r>
        <w:t>- Travel documents (ID, passport, confirmations)</w:t>
        <w:br/>
        <w:t>- Clothing (daywear, evening, swimwear)</w:t>
        <w:br/>
        <w:t>- Toiletries and medications</w:t>
        <w:br/>
        <w:t>- Electronics and chargers</w:t>
        <w:br/>
        <w:t>- Snacks, water bottle, entertainment for travel</w:t>
      </w:r>
    </w:p>
    <w:p>
      <w:pPr>
        <w:pStyle w:val="Heading2"/>
      </w:pPr>
      <w:r>
        <w:t>✨ First-Time Travel Tips</w:t>
      </w:r>
    </w:p>
    <w:p>
      <w:r>
        <w:t>- Don’t overpack—lay everything out and cut it in half</w:t>
        <w:br/>
        <w:t>- Always have a copy of your ID and travel documents</w:t>
        <w:br/>
        <w:t>- Be flexible—delays and changes happen</w:t>
        <w:br/>
        <w:t>- Use packing cubes to stay organized</w:t>
        <w:br/>
        <w:t>- Ask for help—travel agents like me are here to guide you!</w:t>
      </w:r>
    </w:p>
    <w:p>
      <w:pPr>
        <w:pStyle w:val="Heading2"/>
      </w:pPr>
      <w:r>
        <w:t>📞 Let's Plan Together</w:t>
      </w:r>
    </w:p>
    <w:p>
      <w:r>
        <w:t>Not sure where to start, even with this guide? I’d love to help you plan your perfect first trip. Book your free vacation planning session with me here:</w:t>
        <w:br/>
        <w:t>👉 https://calendly.com/jmabeckel19/new-meeting</w:t>
        <w:br/>
        <w:br/>
        <w:t>Happy Travels!</w:t>
        <w:br/>
        <w:t>Marsha Beckel, Magical Vacation Planner</w:t>
        <w:br/>
        <w:t>📧 m.beckel@magicalvacationplanner.com</w:t>
        <w:br/>
        <w:t>📱 Instagram: @marshabeckelmvptravel</w:t>
        <w:br/>
        <w:t>📘 Facebook: Marsha Beckel Magical Vacation Planner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